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94A25" w14:textId="77777777" w:rsidR="00275F14" w:rsidRDefault="00E84584">
      <w:pPr>
        <w:jc w:val="center"/>
      </w:pPr>
      <w:r>
        <w:rPr>
          <w:b/>
          <w:color w:val="082C4C"/>
          <w:sz w:val="44"/>
        </w:rPr>
        <w:t>SIXTH GLOBAL HEALTH CONFERENCE 2026</w:t>
      </w:r>
    </w:p>
    <w:p w14:paraId="368E4FC0" w14:textId="77777777" w:rsidR="00275F14" w:rsidRDefault="00E84584">
      <w:pPr>
        <w:jc w:val="center"/>
      </w:pPr>
      <w:r>
        <w:rPr>
          <w:b/>
          <w:color w:val="0F766E"/>
          <w:sz w:val="26"/>
        </w:rPr>
        <w:t>Reverse Migration with Global Collaboration</w:t>
      </w:r>
    </w:p>
    <w:p w14:paraId="0C963838" w14:textId="77777777" w:rsidR="00275F14" w:rsidRDefault="00E84584">
      <w:pPr>
        <w:jc w:val="center"/>
      </w:pPr>
      <w:r>
        <w:rPr>
          <w:b/>
        </w:rPr>
        <w:t>4–5 December 2026  |  Janakpur, Madhesh Province, Nepal</w:t>
      </w:r>
    </w:p>
    <w:p w14:paraId="79F76A0C" w14:textId="77777777" w:rsidR="00275F14" w:rsidRDefault="00E84584">
      <w:pPr>
        <w:jc w:val="center"/>
      </w:pPr>
      <w:r>
        <w:rPr>
          <w:b/>
          <w:color w:val="E09A20"/>
          <w:sz w:val="36"/>
        </w:rPr>
        <w:t>ABSTRACT SUBMISSION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58"/>
      </w:tblGrid>
      <w:tr w:rsidR="00275F14" w14:paraId="23298941" w14:textId="77777777">
        <w:tc>
          <w:tcPr>
            <w:tcW w:w="10368" w:type="dxa"/>
            <w:shd w:val="clear" w:color="auto" w:fill="EDF8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AC46EC" w14:textId="77777777" w:rsidR="00275F14" w:rsidRDefault="00E84584">
            <w:r>
              <w:rPr>
                <w:color w:val="163A37"/>
                <w:sz w:val="19"/>
              </w:rPr>
              <w:t>Please complete all relevant sections. The abstract text should not exceed 300 words. Replace the grey guidance text with your information before submission.</w:t>
            </w:r>
          </w:p>
        </w:tc>
      </w:tr>
    </w:tbl>
    <w:p w14:paraId="0B833AF6" w14:textId="77777777" w:rsidR="00275F14" w:rsidRDefault="00275F14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58"/>
      </w:tblGrid>
      <w:tr w:rsidR="00275F14" w14:paraId="0CD2E2D4" w14:textId="77777777">
        <w:trPr>
          <w:jc w:val="center"/>
        </w:trPr>
        <w:tc>
          <w:tcPr>
            <w:tcW w:w="10368" w:type="dxa"/>
            <w:shd w:val="clear" w:color="auto" w:fill="082C4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79B99F" w14:textId="77777777" w:rsidR="00275F14" w:rsidRDefault="00E84584">
            <w:r>
              <w:rPr>
                <w:b/>
                <w:color w:val="FFFFFF"/>
              </w:rPr>
              <w:t>1. Title of the abstract</w:t>
            </w:r>
          </w:p>
        </w:tc>
      </w:tr>
      <w:tr w:rsidR="00275F14" w14:paraId="5E26E937" w14:textId="77777777">
        <w:trPr>
          <w:jc w:val="center"/>
        </w:trPr>
        <w:tc>
          <w:tcPr>
            <w:tcW w:w="10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549F3B" w14:textId="77777777" w:rsidR="00275F14" w:rsidRDefault="00E84584">
            <w:r>
              <w:rPr>
                <w:color w:val="777777"/>
                <w:sz w:val="19"/>
              </w:rPr>
              <w:t>Enter the full title. Please use sentence case and avoid unnecessary abbreviations.</w:t>
            </w:r>
          </w:p>
          <w:p w14:paraId="766D6775" w14:textId="77777777" w:rsidR="00275F14" w:rsidRDefault="00E84584">
            <w:r>
              <w:t xml:space="preserve"> </w:t>
            </w:r>
          </w:p>
        </w:tc>
      </w:tr>
    </w:tbl>
    <w:p w14:paraId="15CDCA9C" w14:textId="77777777" w:rsidR="00275F14" w:rsidRDefault="00275F14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58"/>
      </w:tblGrid>
      <w:tr w:rsidR="00275F14" w14:paraId="160EF3A4" w14:textId="77777777">
        <w:trPr>
          <w:jc w:val="center"/>
        </w:trPr>
        <w:tc>
          <w:tcPr>
            <w:tcW w:w="10368" w:type="dxa"/>
            <w:shd w:val="clear" w:color="auto" w:fill="082C4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E27E2B" w14:textId="77777777" w:rsidR="00275F14" w:rsidRDefault="00E84584">
            <w:r>
              <w:rPr>
                <w:b/>
                <w:color w:val="FFFFFF"/>
              </w:rPr>
              <w:t>2. Author(s)</w:t>
            </w:r>
          </w:p>
        </w:tc>
      </w:tr>
      <w:tr w:rsidR="00275F14" w14:paraId="55BA1234" w14:textId="77777777">
        <w:trPr>
          <w:jc w:val="center"/>
        </w:trPr>
        <w:tc>
          <w:tcPr>
            <w:tcW w:w="10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A5A102" w14:textId="77777777" w:rsidR="00275F14" w:rsidRDefault="00E84584">
            <w:r>
              <w:rPr>
                <w:color w:val="777777"/>
                <w:sz w:val="19"/>
              </w:rPr>
              <w:t>List all authors in the order they should appear in the programme. Indicate the presenting author with an asterisk (*).</w:t>
            </w:r>
          </w:p>
          <w:p w14:paraId="2B1EC00A" w14:textId="77777777" w:rsidR="00275F14" w:rsidRDefault="00E84584">
            <w:r>
              <w:t xml:space="preserve"> </w:t>
            </w:r>
          </w:p>
        </w:tc>
      </w:tr>
    </w:tbl>
    <w:p w14:paraId="5E59352C" w14:textId="77777777" w:rsidR="00275F14" w:rsidRDefault="00275F14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58"/>
      </w:tblGrid>
      <w:tr w:rsidR="00275F14" w14:paraId="5186DF4B" w14:textId="77777777">
        <w:trPr>
          <w:jc w:val="center"/>
        </w:trPr>
        <w:tc>
          <w:tcPr>
            <w:tcW w:w="10368" w:type="dxa"/>
            <w:shd w:val="clear" w:color="auto" w:fill="082C4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59C27C" w14:textId="77777777" w:rsidR="00275F14" w:rsidRDefault="00E84584">
            <w:r>
              <w:rPr>
                <w:b/>
                <w:color w:val="FFFFFF"/>
              </w:rPr>
              <w:t>3. Author affiliation(s)</w:t>
            </w:r>
          </w:p>
        </w:tc>
      </w:tr>
      <w:tr w:rsidR="00275F14" w14:paraId="7CA015CA" w14:textId="77777777">
        <w:trPr>
          <w:jc w:val="center"/>
        </w:trPr>
        <w:tc>
          <w:tcPr>
            <w:tcW w:w="10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312EB1" w14:textId="77777777" w:rsidR="00275F14" w:rsidRDefault="00E84584">
            <w:r>
              <w:rPr>
                <w:color w:val="777777"/>
                <w:sz w:val="19"/>
              </w:rPr>
              <w:t>Provide institution, city and country for each author. Use superscript numbers to link authors and affiliations where required.</w:t>
            </w:r>
          </w:p>
          <w:p w14:paraId="7FD90C19" w14:textId="77777777" w:rsidR="00275F14" w:rsidRDefault="00E84584">
            <w:r>
              <w:t xml:space="preserve"> </w:t>
            </w:r>
          </w:p>
          <w:p w14:paraId="44B20614" w14:textId="77777777" w:rsidR="00275F14" w:rsidRDefault="00E84584">
            <w:r>
              <w:t xml:space="preserve"> </w:t>
            </w:r>
          </w:p>
        </w:tc>
      </w:tr>
    </w:tbl>
    <w:p w14:paraId="2470CF22" w14:textId="77777777" w:rsidR="00275F14" w:rsidRDefault="00275F14">
      <w:pPr>
        <w:spacing w:after="0"/>
      </w:pPr>
    </w:p>
    <w:p w14:paraId="16C722CC" w14:textId="77777777" w:rsidR="00275F14" w:rsidRDefault="00E84584">
      <w:r>
        <w:rPr>
          <w:b/>
          <w:color w:val="082C4C"/>
        </w:rPr>
        <w:t>4. Contact details of presenting author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79"/>
        <w:gridCol w:w="5179"/>
      </w:tblGrid>
      <w:tr w:rsidR="00275F14" w14:paraId="66F83724" w14:textId="77777777">
        <w:trPr>
          <w:jc w:val="center"/>
        </w:trPr>
        <w:tc>
          <w:tcPr>
            <w:tcW w:w="5184" w:type="dxa"/>
            <w:shd w:val="clear" w:color="auto" w:fill="0F766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8E9E9C" w14:textId="77777777" w:rsidR="00275F14" w:rsidRDefault="00E84584">
            <w:r>
              <w:rPr>
                <w:b/>
                <w:color w:val="FFFFFF"/>
                <w:sz w:val="19"/>
              </w:rPr>
              <w:t>Full name</w:t>
            </w:r>
          </w:p>
        </w:tc>
        <w:tc>
          <w:tcPr>
            <w:tcW w:w="51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67B0D9" w14:textId="77777777" w:rsidR="00275F14" w:rsidRDefault="00275F14"/>
        </w:tc>
      </w:tr>
      <w:tr w:rsidR="00275F14" w14:paraId="32A6C54B" w14:textId="77777777">
        <w:trPr>
          <w:jc w:val="center"/>
        </w:trPr>
        <w:tc>
          <w:tcPr>
            <w:tcW w:w="5184" w:type="dxa"/>
            <w:shd w:val="clear" w:color="auto" w:fill="0F766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6856C3" w14:textId="77777777" w:rsidR="00275F14" w:rsidRDefault="00E84584">
            <w:r>
              <w:rPr>
                <w:b/>
                <w:color w:val="FFFFFF"/>
                <w:sz w:val="19"/>
              </w:rPr>
              <w:t>Job title / role</w:t>
            </w:r>
          </w:p>
        </w:tc>
        <w:tc>
          <w:tcPr>
            <w:tcW w:w="51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D56C41" w14:textId="77777777" w:rsidR="00275F14" w:rsidRDefault="00275F14"/>
        </w:tc>
      </w:tr>
      <w:tr w:rsidR="00275F14" w14:paraId="71E6C68A" w14:textId="77777777">
        <w:trPr>
          <w:jc w:val="center"/>
        </w:trPr>
        <w:tc>
          <w:tcPr>
            <w:tcW w:w="5184" w:type="dxa"/>
            <w:shd w:val="clear" w:color="auto" w:fill="0F766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EB9341" w14:textId="77777777" w:rsidR="00275F14" w:rsidRDefault="00E84584">
            <w:r>
              <w:rPr>
                <w:b/>
                <w:color w:val="FFFFFF"/>
                <w:sz w:val="19"/>
              </w:rPr>
              <w:t>Email address</w:t>
            </w:r>
          </w:p>
        </w:tc>
        <w:tc>
          <w:tcPr>
            <w:tcW w:w="51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7D099D" w14:textId="77777777" w:rsidR="00275F14" w:rsidRDefault="00275F14"/>
        </w:tc>
      </w:tr>
      <w:tr w:rsidR="00275F14" w14:paraId="16E3D120" w14:textId="77777777">
        <w:trPr>
          <w:jc w:val="center"/>
        </w:trPr>
        <w:tc>
          <w:tcPr>
            <w:tcW w:w="5184" w:type="dxa"/>
            <w:shd w:val="clear" w:color="auto" w:fill="0F766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5B9BA9" w14:textId="77777777" w:rsidR="00275F14" w:rsidRDefault="00E84584">
            <w:r>
              <w:rPr>
                <w:b/>
                <w:color w:val="FFFFFF"/>
                <w:sz w:val="19"/>
              </w:rPr>
              <w:t>Telephone number, including country code</w:t>
            </w:r>
          </w:p>
        </w:tc>
        <w:tc>
          <w:tcPr>
            <w:tcW w:w="51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6F8239" w14:textId="77777777" w:rsidR="00275F14" w:rsidRDefault="00275F14"/>
        </w:tc>
      </w:tr>
    </w:tbl>
    <w:p w14:paraId="3CDA7B63" w14:textId="77777777" w:rsidR="00275F14" w:rsidRDefault="00275F14"/>
    <w:p w14:paraId="24BC58BD" w14:textId="77777777" w:rsidR="00275F14" w:rsidRDefault="00E84584">
      <w:r>
        <w:rPr>
          <w:b/>
          <w:color w:val="082C4C"/>
        </w:rPr>
        <w:t>5. Preferred presentation format</w:t>
      </w:r>
    </w:p>
    <w:p w14:paraId="68A500FB" w14:textId="77777777" w:rsidR="00275F14" w:rsidRDefault="00E84584">
      <w:r>
        <w:t>Please select one option. The Scientific Committee may recommend an alternative format depending on the programme and review outcome.</w:t>
      </w:r>
    </w:p>
    <w:p w14:paraId="1D23917A" w14:textId="77777777" w:rsidR="00275F14" w:rsidRDefault="00E84584">
      <w:pPr>
        <w:spacing w:after="40"/>
      </w:pPr>
      <w:r>
        <w:t>☐  Oral paper presentation</w:t>
      </w:r>
    </w:p>
    <w:p w14:paraId="7890A532" w14:textId="77777777" w:rsidR="00275F14" w:rsidRDefault="00E84584">
      <w:pPr>
        <w:spacing w:after="40"/>
      </w:pPr>
      <w:r>
        <w:t>☐  Panel discussion</w:t>
      </w:r>
    </w:p>
    <w:p w14:paraId="601E71FD" w14:textId="77777777" w:rsidR="00275F14" w:rsidRDefault="00E84584">
      <w:pPr>
        <w:spacing w:after="40"/>
      </w:pPr>
      <w:r>
        <w:t>☐  Rapid presentation / speed talk</w:t>
      </w:r>
    </w:p>
    <w:p w14:paraId="0B07D673" w14:textId="77777777" w:rsidR="00275F14" w:rsidRDefault="00E84584">
      <w:pPr>
        <w:spacing w:after="40"/>
      </w:pPr>
      <w:r>
        <w:t>☐  Poster presentation</w:t>
      </w:r>
    </w:p>
    <w:p w14:paraId="3CC2D460" w14:textId="77777777" w:rsidR="008143CD" w:rsidRDefault="008143CD">
      <w:pPr>
        <w:spacing w:after="40"/>
      </w:pPr>
    </w:p>
    <w:p w14:paraId="39AA1728" w14:textId="77777777" w:rsidR="006D40A9" w:rsidRDefault="006D40A9">
      <w:pPr>
        <w:spacing w:after="40"/>
      </w:pPr>
    </w:p>
    <w:p w14:paraId="46BA9D98" w14:textId="77777777" w:rsidR="00275F14" w:rsidRDefault="00E84584">
      <w:r>
        <w:rPr>
          <w:b/>
          <w:color w:val="082C4C"/>
        </w:rPr>
        <w:t>6. Conference theme</w:t>
      </w:r>
    </w:p>
    <w:p w14:paraId="003CA352" w14:textId="77777777" w:rsidR="00275F14" w:rsidRDefault="00E84584">
      <w:r>
        <w:t>Please select the theme that best fits your abstract.</w:t>
      </w:r>
    </w:p>
    <w:p w14:paraId="31521EC3" w14:textId="77777777" w:rsidR="00275F14" w:rsidRDefault="00E84584">
      <w:pPr>
        <w:spacing w:after="40"/>
      </w:pPr>
      <w:r>
        <w:t>☐  Migration, reverse migration, brain circulation and diaspora engagement</w:t>
      </w:r>
    </w:p>
    <w:p w14:paraId="25975C30" w14:textId="7344456A" w:rsidR="00136151" w:rsidRDefault="00E84584">
      <w:pPr>
        <w:spacing w:after="40"/>
      </w:pPr>
      <w:r>
        <w:t xml:space="preserve">☐  </w:t>
      </w:r>
      <w:r w:rsidR="00136151">
        <w:t>Disasters, health protection and health security</w:t>
      </w:r>
    </w:p>
    <w:p w14:paraId="3672EB7E" w14:textId="6AD8E9BC" w:rsidR="00275F14" w:rsidRDefault="00136151">
      <w:pPr>
        <w:spacing w:after="40"/>
      </w:pPr>
      <w:r>
        <w:t>☐  Health systems, policy, governance and workforce</w:t>
      </w:r>
    </w:p>
    <w:p w14:paraId="71C12207" w14:textId="77777777" w:rsidR="00275F14" w:rsidRDefault="00E84584">
      <w:pPr>
        <w:spacing w:after="40"/>
      </w:pPr>
      <w:r>
        <w:t>☐  Research, evidence translation and innovation</w:t>
      </w:r>
    </w:p>
    <w:p w14:paraId="19435DE8" w14:textId="77777777" w:rsidR="00275F14" w:rsidRDefault="00E84584">
      <w:pPr>
        <w:spacing w:after="40"/>
      </w:pPr>
      <w:r>
        <w:t>☐  Digital health, telemedicine and technology transfer</w:t>
      </w:r>
    </w:p>
    <w:p w14:paraId="48764E65" w14:textId="77777777" w:rsidR="00275F14" w:rsidRDefault="00E84584">
      <w:pPr>
        <w:spacing w:after="40"/>
      </w:pPr>
      <w:r>
        <w:t>☐  Medical and health-professional education, fellowships and specialist training</w:t>
      </w:r>
    </w:p>
    <w:p w14:paraId="7DAA4C9C" w14:textId="77777777" w:rsidR="00275F14" w:rsidRDefault="00E84584">
      <w:pPr>
        <w:spacing w:after="40"/>
      </w:pPr>
      <w:r>
        <w:t>☐  Maternal, child and reproductive health</w:t>
      </w:r>
    </w:p>
    <w:p w14:paraId="0949E74C" w14:textId="77777777" w:rsidR="00275F14" w:rsidRDefault="00E84584">
      <w:pPr>
        <w:spacing w:after="40"/>
      </w:pPr>
      <w:r>
        <w:t>☐  Non-communicable diseases and mental health</w:t>
      </w:r>
    </w:p>
    <w:p w14:paraId="733B145D" w14:textId="77777777" w:rsidR="00275F14" w:rsidRDefault="00E84584">
      <w:pPr>
        <w:spacing w:after="40"/>
      </w:pPr>
      <w:r>
        <w:t>☐  Climate change, emergencies and planetary health</w:t>
      </w:r>
    </w:p>
    <w:p w14:paraId="3C89381C" w14:textId="77777777" w:rsidR="00275F14" w:rsidRDefault="00E84584">
      <w:pPr>
        <w:spacing w:after="40"/>
      </w:pPr>
      <w:r>
        <w:t>☐  Health equity and services for underserved communities</w:t>
      </w:r>
    </w:p>
    <w:p w14:paraId="773A5B9E" w14:textId="77777777" w:rsidR="00275F14" w:rsidRDefault="00E84584">
      <w:pPr>
        <w:spacing w:after="40"/>
      </w:pPr>
      <w:r>
        <w:t>☐  Diaspora investment and institutional partnerships</w:t>
      </w:r>
    </w:p>
    <w:p w14:paraId="14D9A740" w14:textId="77777777" w:rsidR="00275F14" w:rsidRDefault="00E84584">
      <w:pPr>
        <w:spacing w:after="40"/>
      </w:pPr>
      <w:r>
        <w:t>☐  Other: ______________________________________________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58"/>
      </w:tblGrid>
      <w:tr w:rsidR="00275F14" w14:paraId="698F30B0" w14:textId="77777777">
        <w:trPr>
          <w:jc w:val="center"/>
        </w:trPr>
        <w:tc>
          <w:tcPr>
            <w:tcW w:w="10368" w:type="dxa"/>
            <w:shd w:val="clear" w:color="auto" w:fill="082C4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F1F69F" w14:textId="77777777" w:rsidR="00275F14" w:rsidRDefault="00E84584">
            <w:r>
              <w:rPr>
                <w:b/>
                <w:color w:val="FFFFFF"/>
              </w:rPr>
              <w:t>7. Abstract text, maximum 300 words</w:t>
            </w:r>
          </w:p>
        </w:tc>
      </w:tr>
      <w:tr w:rsidR="00275F14" w14:paraId="3526D615" w14:textId="77777777">
        <w:trPr>
          <w:jc w:val="center"/>
        </w:trPr>
        <w:tc>
          <w:tcPr>
            <w:tcW w:w="10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4BC4C0" w14:textId="77777777" w:rsidR="00275F14" w:rsidRDefault="00E84584">
            <w:r>
              <w:rPr>
                <w:color w:val="777777"/>
                <w:sz w:val="19"/>
              </w:rPr>
              <w:t>Suggested structure: Background; Aim/Objectives; Methods or Approach; Results or Anticipated Results; Conclusion and Implications. Please write the abstract as one continuous text or use these headings, as appropriate.</w:t>
            </w:r>
          </w:p>
          <w:p w14:paraId="36C7DA69" w14:textId="77777777" w:rsidR="00275F14" w:rsidRDefault="00E84584">
            <w:r>
              <w:t xml:space="preserve"> </w:t>
            </w:r>
          </w:p>
          <w:p w14:paraId="2C12ADC3" w14:textId="77777777" w:rsidR="00275F14" w:rsidRDefault="00E84584">
            <w:r>
              <w:t xml:space="preserve"> </w:t>
            </w:r>
          </w:p>
          <w:p w14:paraId="63A0CD7B" w14:textId="77777777" w:rsidR="00275F14" w:rsidRDefault="00E84584">
            <w:r>
              <w:t xml:space="preserve"> </w:t>
            </w:r>
          </w:p>
          <w:p w14:paraId="2AF7D801" w14:textId="77777777" w:rsidR="00275F14" w:rsidRDefault="00E84584">
            <w:r>
              <w:t xml:space="preserve"> </w:t>
            </w:r>
          </w:p>
          <w:p w14:paraId="01265C8F" w14:textId="77777777" w:rsidR="00275F14" w:rsidRDefault="00E84584">
            <w:r>
              <w:t xml:space="preserve"> </w:t>
            </w:r>
          </w:p>
          <w:p w14:paraId="37B98449" w14:textId="77777777" w:rsidR="00275F14" w:rsidRDefault="00E84584">
            <w:r>
              <w:t xml:space="preserve"> </w:t>
            </w:r>
          </w:p>
          <w:p w14:paraId="6314B00C" w14:textId="77777777" w:rsidR="00275F14" w:rsidRDefault="00E84584">
            <w:r>
              <w:t xml:space="preserve"> </w:t>
            </w:r>
          </w:p>
          <w:p w14:paraId="2BB2A543" w14:textId="77777777" w:rsidR="00275F14" w:rsidRDefault="00E84584">
            <w:r>
              <w:t xml:space="preserve"> </w:t>
            </w:r>
          </w:p>
          <w:p w14:paraId="7F7ABA33" w14:textId="77777777" w:rsidR="00275F14" w:rsidRDefault="00E84584">
            <w:r>
              <w:t xml:space="preserve"> </w:t>
            </w:r>
          </w:p>
          <w:p w14:paraId="224645F1" w14:textId="77777777" w:rsidR="00275F14" w:rsidRDefault="00E84584">
            <w:r>
              <w:t xml:space="preserve"> </w:t>
            </w:r>
          </w:p>
          <w:p w14:paraId="7CF5FB80" w14:textId="77777777" w:rsidR="00275F14" w:rsidRDefault="00E84584">
            <w:r>
              <w:t xml:space="preserve"> </w:t>
            </w:r>
          </w:p>
          <w:p w14:paraId="03BE4C3F" w14:textId="77777777" w:rsidR="00275F14" w:rsidRDefault="00E84584">
            <w:r>
              <w:t xml:space="preserve"> </w:t>
            </w:r>
          </w:p>
          <w:p w14:paraId="367FD259" w14:textId="77777777" w:rsidR="00275F14" w:rsidRDefault="00E84584">
            <w:r>
              <w:t xml:space="preserve"> </w:t>
            </w:r>
          </w:p>
          <w:p w14:paraId="60B5626B" w14:textId="77777777" w:rsidR="00275F14" w:rsidRDefault="00E84584">
            <w:r>
              <w:t xml:space="preserve"> </w:t>
            </w:r>
          </w:p>
          <w:p w14:paraId="298D84A7" w14:textId="77777777" w:rsidR="00275F14" w:rsidRDefault="00E84584">
            <w:r>
              <w:t xml:space="preserve"> </w:t>
            </w:r>
          </w:p>
        </w:tc>
      </w:tr>
    </w:tbl>
    <w:p w14:paraId="2DEFAE2F" w14:textId="77777777" w:rsidR="00275F14" w:rsidRDefault="00275F14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58"/>
      </w:tblGrid>
      <w:tr w:rsidR="00275F14" w14:paraId="3A5D8666" w14:textId="77777777">
        <w:trPr>
          <w:jc w:val="center"/>
        </w:trPr>
        <w:tc>
          <w:tcPr>
            <w:tcW w:w="10368" w:type="dxa"/>
            <w:shd w:val="clear" w:color="auto" w:fill="082C4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FA10A6" w14:textId="77777777" w:rsidR="00275F14" w:rsidRDefault="00E84584">
            <w:r>
              <w:rPr>
                <w:b/>
                <w:color w:val="FFFFFF"/>
              </w:rPr>
              <w:t>8. Keywords</w:t>
            </w:r>
          </w:p>
        </w:tc>
      </w:tr>
      <w:tr w:rsidR="00275F14" w14:paraId="01852C30" w14:textId="77777777">
        <w:trPr>
          <w:jc w:val="center"/>
        </w:trPr>
        <w:tc>
          <w:tcPr>
            <w:tcW w:w="10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F9C595" w14:textId="77777777" w:rsidR="00275F14" w:rsidRDefault="00E84584">
            <w:r>
              <w:rPr>
                <w:color w:val="777777"/>
                <w:sz w:val="19"/>
              </w:rPr>
              <w:t>Provide up to five keywords, separated by semicolons.</w:t>
            </w:r>
          </w:p>
          <w:p w14:paraId="791DA663" w14:textId="77777777" w:rsidR="00275F14" w:rsidRDefault="00E84584">
            <w:r>
              <w:t xml:space="preserve"> </w:t>
            </w:r>
          </w:p>
        </w:tc>
      </w:tr>
    </w:tbl>
    <w:p w14:paraId="6CFCE99A" w14:textId="77777777" w:rsidR="00275F14" w:rsidRDefault="00275F14">
      <w:pPr>
        <w:spacing w:after="0"/>
      </w:pPr>
    </w:p>
    <w:p w14:paraId="3D9AB3AE" w14:textId="77777777" w:rsidR="00275F14" w:rsidRDefault="00E84584">
      <w:r>
        <w:rPr>
          <w:b/>
          <w:color w:val="082C4C"/>
        </w:rPr>
        <w:t>9. Presenter declaration</w:t>
      </w:r>
    </w:p>
    <w:p w14:paraId="72EBED74" w14:textId="77777777" w:rsidR="00275F14" w:rsidRDefault="00E84584">
      <w:pPr>
        <w:spacing w:after="40"/>
      </w:pPr>
      <w:r>
        <w:t>☐  I confirm that all authors have approved this abstract for submission.</w:t>
      </w:r>
    </w:p>
    <w:p w14:paraId="600173C6" w14:textId="77777777" w:rsidR="00275F14" w:rsidRDefault="00E84584">
      <w:pPr>
        <w:spacing w:after="40"/>
      </w:pPr>
      <w:r>
        <w:t>☐  I confirm that the information provided is accurate and that the work complies with relevant ethical and professional standards.</w:t>
      </w:r>
    </w:p>
    <w:p w14:paraId="32C35DDA" w14:textId="77777777" w:rsidR="00275F14" w:rsidRDefault="00E84584">
      <w:pPr>
        <w:spacing w:after="40"/>
      </w:pPr>
      <w:r>
        <w:t>☐  I confirm that the abstract is original and is not submitted without the knowledge of the co-authors.</w:t>
      </w:r>
    </w:p>
    <w:p w14:paraId="0BF455C1" w14:textId="77777777" w:rsidR="00275F14" w:rsidRDefault="00E84584">
      <w:pPr>
        <w:spacing w:after="40"/>
      </w:pPr>
      <w:r>
        <w:t>☐  I understand that submission does not guarantee acceptance and that the Scientific Committee may suggest a different presentation format.</w:t>
      </w:r>
    </w:p>
    <w:p w14:paraId="378A939F" w14:textId="77777777" w:rsidR="00275F14" w:rsidRDefault="00E84584">
      <w:pPr>
        <w:spacing w:after="40"/>
      </w:pPr>
      <w:r>
        <w:t>☐  If accepted, I give permission for the abstract, author names and affiliations to be included in the conference programme, website or abstract materials.</w:t>
      </w:r>
    </w:p>
    <w:p w14:paraId="5A4E11AD" w14:textId="536D064E" w:rsidR="00275F14" w:rsidRDefault="00275F14">
      <w:pPr>
        <w:spacing w:after="4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58"/>
      </w:tblGrid>
      <w:tr w:rsidR="00275F14" w14:paraId="76844A0D" w14:textId="77777777">
        <w:trPr>
          <w:jc w:val="center"/>
        </w:trPr>
        <w:tc>
          <w:tcPr>
            <w:tcW w:w="10368" w:type="dxa"/>
            <w:shd w:val="clear" w:color="auto" w:fill="082C4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090EAA" w14:textId="77777777" w:rsidR="00275F14" w:rsidRDefault="00E84584">
            <w:r>
              <w:rPr>
                <w:b/>
                <w:color w:val="FFFFFF"/>
              </w:rPr>
              <w:t>10. Ethics approval, where applicable</w:t>
            </w:r>
          </w:p>
        </w:tc>
      </w:tr>
      <w:tr w:rsidR="00275F14" w14:paraId="6E5E9740" w14:textId="77777777">
        <w:trPr>
          <w:jc w:val="center"/>
        </w:trPr>
        <w:tc>
          <w:tcPr>
            <w:tcW w:w="10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19BAB3" w14:textId="77777777" w:rsidR="00275F14" w:rsidRDefault="00E84584">
            <w:r>
              <w:rPr>
                <w:color w:val="777777"/>
                <w:sz w:val="19"/>
              </w:rPr>
              <w:t>State the approving body and reference number, or write “Not applicable”.</w:t>
            </w:r>
          </w:p>
          <w:p w14:paraId="121C54C0" w14:textId="77777777" w:rsidR="00275F14" w:rsidRDefault="00E84584">
            <w:r>
              <w:t xml:space="preserve"> </w:t>
            </w:r>
          </w:p>
          <w:p w14:paraId="63EBF68E" w14:textId="77777777" w:rsidR="00275F14" w:rsidRDefault="00E84584">
            <w:r>
              <w:t xml:space="preserve"> </w:t>
            </w:r>
          </w:p>
        </w:tc>
      </w:tr>
    </w:tbl>
    <w:p w14:paraId="3DDD6125" w14:textId="77777777" w:rsidR="00275F14" w:rsidRDefault="00275F14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58"/>
      </w:tblGrid>
      <w:tr w:rsidR="00275F14" w14:paraId="0D358136" w14:textId="77777777">
        <w:trPr>
          <w:jc w:val="center"/>
        </w:trPr>
        <w:tc>
          <w:tcPr>
            <w:tcW w:w="10368" w:type="dxa"/>
            <w:shd w:val="clear" w:color="auto" w:fill="082C4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E49BAF" w14:textId="77777777" w:rsidR="00275F14" w:rsidRDefault="00E84584">
            <w:r>
              <w:rPr>
                <w:b/>
                <w:color w:val="FFFFFF"/>
              </w:rPr>
              <w:t>11. Funding and acknowledgements</w:t>
            </w:r>
          </w:p>
        </w:tc>
      </w:tr>
      <w:tr w:rsidR="00275F14" w14:paraId="0094B24E" w14:textId="77777777">
        <w:trPr>
          <w:jc w:val="center"/>
        </w:trPr>
        <w:tc>
          <w:tcPr>
            <w:tcW w:w="10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AAB92D" w14:textId="77777777" w:rsidR="00275F14" w:rsidRDefault="00E84584">
            <w:r>
              <w:rPr>
                <w:color w:val="777777"/>
                <w:sz w:val="19"/>
              </w:rPr>
              <w:t>List any relevant funder, grant number or acknowledgement, or write “None”.</w:t>
            </w:r>
          </w:p>
          <w:p w14:paraId="288ED4E8" w14:textId="77777777" w:rsidR="00275F14" w:rsidRDefault="00E84584">
            <w:r>
              <w:t xml:space="preserve"> </w:t>
            </w:r>
          </w:p>
          <w:p w14:paraId="0A8A8ECB" w14:textId="77777777" w:rsidR="00275F14" w:rsidRDefault="00E84584">
            <w:r>
              <w:t xml:space="preserve"> </w:t>
            </w:r>
          </w:p>
        </w:tc>
      </w:tr>
    </w:tbl>
    <w:p w14:paraId="6389026C" w14:textId="77777777" w:rsidR="00275F14" w:rsidRDefault="00275F14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58"/>
      </w:tblGrid>
      <w:tr w:rsidR="00275F14" w14:paraId="10042146" w14:textId="77777777">
        <w:trPr>
          <w:jc w:val="center"/>
        </w:trPr>
        <w:tc>
          <w:tcPr>
            <w:tcW w:w="10368" w:type="dxa"/>
            <w:shd w:val="clear" w:color="auto" w:fill="082C4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2EC9E5" w14:textId="77777777" w:rsidR="00275F14" w:rsidRDefault="00E84584">
            <w:r>
              <w:rPr>
                <w:b/>
                <w:color w:val="FFFFFF"/>
              </w:rPr>
              <w:t>12. Conflicts of interest</w:t>
            </w:r>
          </w:p>
        </w:tc>
      </w:tr>
      <w:tr w:rsidR="00275F14" w14:paraId="0E4D018A" w14:textId="77777777">
        <w:trPr>
          <w:jc w:val="center"/>
        </w:trPr>
        <w:tc>
          <w:tcPr>
            <w:tcW w:w="10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7D2E0F" w14:textId="77777777" w:rsidR="00275F14" w:rsidRDefault="00E84584">
            <w:r>
              <w:rPr>
                <w:color w:val="777777"/>
                <w:sz w:val="19"/>
              </w:rPr>
              <w:t>Declare any relevant conflicts of interest, or write “None declared”.</w:t>
            </w:r>
          </w:p>
          <w:p w14:paraId="225CAEB2" w14:textId="77777777" w:rsidR="00275F14" w:rsidRDefault="00E84584">
            <w:r>
              <w:t xml:space="preserve"> </w:t>
            </w:r>
          </w:p>
          <w:p w14:paraId="58A6B3CF" w14:textId="77777777" w:rsidR="00275F14" w:rsidRDefault="00E84584">
            <w:r>
              <w:t xml:space="preserve"> </w:t>
            </w:r>
          </w:p>
        </w:tc>
      </w:tr>
    </w:tbl>
    <w:p w14:paraId="3B40CFD8" w14:textId="77777777" w:rsidR="00275F14" w:rsidRDefault="00275F14">
      <w:pPr>
        <w:spacing w:after="0"/>
      </w:pPr>
    </w:p>
    <w:p w14:paraId="40725A99" w14:textId="77777777" w:rsidR="00275F14" w:rsidRDefault="00E84584">
      <w:r>
        <w:rPr>
          <w:b/>
          <w:color w:val="082C4C"/>
        </w:rPr>
        <w:t>13. Submission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76"/>
        <w:gridCol w:w="5182"/>
      </w:tblGrid>
      <w:tr w:rsidR="00275F14" w14:paraId="42E22F14" w14:textId="77777777" w:rsidTr="00383B06">
        <w:tc>
          <w:tcPr>
            <w:tcW w:w="5176" w:type="dxa"/>
            <w:shd w:val="clear" w:color="auto" w:fill="082C4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0A8435" w14:textId="77777777" w:rsidR="00275F14" w:rsidRDefault="00E84584">
            <w:r>
              <w:rPr>
                <w:b/>
                <w:color w:val="FFFFFF"/>
                <w:sz w:val="19"/>
              </w:rPr>
              <w:t>Submission deadline</w:t>
            </w:r>
          </w:p>
        </w:tc>
        <w:tc>
          <w:tcPr>
            <w:tcW w:w="51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7EE348" w14:textId="4DD4BB90" w:rsidR="00275F14" w:rsidRDefault="00383B06">
            <w:r>
              <w:t>30 October 2026</w:t>
            </w:r>
          </w:p>
        </w:tc>
      </w:tr>
      <w:tr w:rsidR="00383B06" w14:paraId="60065AF6" w14:textId="77777777" w:rsidTr="00383B06">
        <w:tc>
          <w:tcPr>
            <w:tcW w:w="5176" w:type="dxa"/>
            <w:shd w:val="clear" w:color="auto" w:fill="082C4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34D7B9" w14:textId="4605B88D" w:rsidR="00383B06" w:rsidRDefault="00383B06">
            <w:r>
              <w:rPr>
                <w:b/>
                <w:color w:val="FFFFFF"/>
                <w:sz w:val="19"/>
              </w:rPr>
              <w:t>Submission email or portal</w:t>
            </w:r>
          </w:p>
        </w:tc>
        <w:tc>
          <w:tcPr>
            <w:tcW w:w="51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44BCA8" w14:textId="7CFEDE7B" w:rsidR="00383B06" w:rsidRDefault="00383B06">
            <w:r>
              <w:rPr>
                <w:sz w:val="19"/>
              </w:rPr>
              <w:t>[</w:t>
            </w:r>
            <w:r w:rsidRPr="00383B06">
              <w:rPr>
                <w:sz w:val="19"/>
                <w:highlight w:val="yellow"/>
              </w:rPr>
              <w:t>Insert official submission address or web link</w:t>
            </w:r>
            <w:r>
              <w:rPr>
                <w:sz w:val="19"/>
              </w:rPr>
              <w:t>]</w:t>
            </w:r>
          </w:p>
        </w:tc>
      </w:tr>
      <w:tr w:rsidR="00383B06" w14:paraId="4D09E7EE" w14:textId="77777777" w:rsidTr="00383B06">
        <w:tc>
          <w:tcPr>
            <w:tcW w:w="5176" w:type="dxa"/>
            <w:shd w:val="clear" w:color="auto" w:fill="082C4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DC78B7" w14:textId="0FDEDAFE" w:rsidR="00383B06" w:rsidRDefault="00383B06">
            <w:r>
              <w:rPr>
                <w:b/>
                <w:color w:val="FFFFFF"/>
                <w:sz w:val="19"/>
              </w:rPr>
              <w:t>Abstract enquiries</w:t>
            </w:r>
          </w:p>
        </w:tc>
        <w:tc>
          <w:tcPr>
            <w:tcW w:w="51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0FED28" w14:textId="276684B6" w:rsidR="00383B06" w:rsidRDefault="00383B06">
            <w:r>
              <w:rPr>
                <w:sz w:val="19"/>
              </w:rPr>
              <w:t>[</w:t>
            </w:r>
            <w:r w:rsidRPr="00383B06">
              <w:rPr>
                <w:sz w:val="19"/>
                <w:highlight w:val="yellow"/>
              </w:rPr>
              <w:t>Insert official conference email]</w:t>
            </w:r>
          </w:p>
        </w:tc>
      </w:tr>
      <w:tr w:rsidR="00383B06" w14:paraId="61AEB0E8" w14:textId="77777777" w:rsidTr="00383B06">
        <w:tc>
          <w:tcPr>
            <w:tcW w:w="5176" w:type="dxa"/>
            <w:shd w:val="clear" w:color="auto" w:fill="082C4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136B7B" w14:textId="03B024F6" w:rsidR="00383B06" w:rsidRDefault="00383B06">
            <w:r>
              <w:rPr>
                <w:b/>
                <w:color w:val="FFFFFF"/>
                <w:sz w:val="19"/>
              </w:rPr>
              <w:t>File name</w:t>
            </w:r>
          </w:p>
        </w:tc>
        <w:tc>
          <w:tcPr>
            <w:tcW w:w="51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0F153D" w14:textId="24D8F3D9" w:rsidR="00383B06" w:rsidRDefault="00383B06">
            <w:r>
              <w:rPr>
                <w:sz w:val="19"/>
              </w:rPr>
              <w:t>Surname_FirstName_GHC2026_Abstract.docx</w:t>
            </w:r>
          </w:p>
        </w:tc>
      </w:tr>
      <w:tr w:rsidR="00383B06" w14:paraId="4C0D3710" w14:textId="77777777" w:rsidTr="00383B06">
        <w:tc>
          <w:tcPr>
            <w:tcW w:w="5176" w:type="dxa"/>
            <w:shd w:val="clear" w:color="auto" w:fill="082C4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C595C4" w14:textId="54D4C7F6" w:rsidR="00383B06" w:rsidRDefault="00383B06"/>
        </w:tc>
        <w:tc>
          <w:tcPr>
            <w:tcW w:w="51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0F3FBF" w14:textId="589E8803" w:rsidR="00383B06" w:rsidRDefault="00383B06"/>
        </w:tc>
      </w:tr>
    </w:tbl>
    <w:p w14:paraId="32062EE4" w14:textId="77777777" w:rsidR="00275F14" w:rsidRDefault="00275F14"/>
    <w:p w14:paraId="32419EA5" w14:textId="77777777" w:rsidR="00275F14" w:rsidRDefault="00E84584">
      <w:pPr>
        <w:jc w:val="center"/>
      </w:pPr>
      <w:r>
        <w:rPr>
          <w:b/>
          <w:color w:val="0F766E"/>
        </w:rPr>
        <w:t>Thank you for your submission to the Sixth Global Health Conference 2026.</w:t>
      </w:r>
    </w:p>
    <w:p w14:paraId="1A6FF42A" w14:textId="77777777" w:rsidR="00275F14" w:rsidRDefault="00E84584">
      <w:r>
        <w:br w:type="page"/>
      </w:r>
    </w:p>
    <w:p w14:paraId="53F6A907" w14:textId="77777777" w:rsidR="00275F14" w:rsidRDefault="00E84584">
      <w:pPr>
        <w:pStyle w:val="Heading1"/>
      </w:pPr>
      <w:r>
        <w:t>For Scientific Committee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78"/>
        <w:gridCol w:w="5180"/>
      </w:tblGrid>
      <w:tr w:rsidR="00275F14" w14:paraId="2F1F9A4E" w14:textId="77777777">
        <w:tc>
          <w:tcPr>
            <w:tcW w:w="5184" w:type="dxa"/>
            <w:shd w:val="clear" w:color="auto" w:fill="5B6C7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BF4D1B" w14:textId="77777777" w:rsidR="00275F14" w:rsidRDefault="00E84584">
            <w:r>
              <w:rPr>
                <w:b/>
                <w:color w:val="FFFFFF"/>
                <w:sz w:val="19"/>
              </w:rPr>
              <w:t>Submission reference</w:t>
            </w:r>
          </w:p>
        </w:tc>
        <w:tc>
          <w:tcPr>
            <w:tcW w:w="51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FDDD4D" w14:textId="77777777" w:rsidR="00275F14" w:rsidRDefault="00E84584">
            <w:r>
              <w:rPr>
                <w:sz w:val="19"/>
              </w:rPr>
              <w:t>GHC2026-________</w:t>
            </w:r>
          </w:p>
        </w:tc>
      </w:tr>
      <w:tr w:rsidR="00275F14" w14:paraId="019CB995" w14:textId="77777777">
        <w:tc>
          <w:tcPr>
            <w:tcW w:w="5184" w:type="dxa"/>
            <w:shd w:val="clear" w:color="auto" w:fill="5B6C7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6F792D" w14:textId="77777777" w:rsidR="00275F14" w:rsidRDefault="00E84584">
            <w:r>
              <w:rPr>
                <w:b/>
                <w:color w:val="FFFFFF"/>
                <w:sz w:val="19"/>
              </w:rPr>
              <w:t>Date received</w:t>
            </w:r>
          </w:p>
        </w:tc>
        <w:tc>
          <w:tcPr>
            <w:tcW w:w="51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88A131" w14:textId="77777777" w:rsidR="00275F14" w:rsidRDefault="00275F14"/>
        </w:tc>
      </w:tr>
      <w:tr w:rsidR="00275F14" w14:paraId="495E8E05" w14:textId="77777777">
        <w:tc>
          <w:tcPr>
            <w:tcW w:w="5184" w:type="dxa"/>
            <w:shd w:val="clear" w:color="auto" w:fill="5B6C7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88485E" w14:textId="77777777" w:rsidR="00275F14" w:rsidRDefault="00E84584">
            <w:r>
              <w:rPr>
                <w:b/>
                <w:color w:val="FFFFFF"/>
                <w:sz w:val="19"/>
              </w:rPr>
              <w:t>Theme allocated</w:t>
            </w:r>
          </w:p>
        </w:tc>
        <w:tc>
          <w:tcPr>
            <w:tcW w:w="51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4D23AE" w14:textId="77777777" w:rsidR="00275F14" w:rsidRDefault="00275F14"/>
        </w:tc>
      </w:tr>
      <w:tr w:rsidR="00275F14" w14:paraId="3E437C3E" w14:textId="77777777">
        <w:tc>
          <w:tcPr>
            <w:tcW w:w="5184" w:type="dxa"/>
            <w:shd w:val="clear" w:color="auto" w:fill="5B6C7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7B3E6A" w14:textId="77777777" w:rsidR="00275F14" w:rsidRDefault="00E84584">
            <w:r>
              <w:rPr>
                <w:b/>
                <w:color w:val="FFFFFF"/>
                <w:sz w:val="19"/>
              </w:rPr>
              <w:t>Reviewer 1</w:t>
            </w:r>
          </w:p>
        </w:tc>
        <w:tc>
          <w:tcPr>
            <w:tcW w:w="51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16583A" w14:textId="77777777" w:rsidR="00275F14" w:rsidRDefault="00275F14"/>
        </w:tc>
      </w:tr>
      <w:tr w:rsidR="00275F14" w14:paraId="7847F01A" w14:textId="77777777">
        <w:tc>
          <w:tcPr>
            <w:tcW w:w="5184" w:type="dxa"/>
            <w:shd w:val="clear" w:color="auto" w:fill="5B6C7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0221D4" w14:textId="77777777" w:rsidR="00275F14" w:rsidRDefault="00E84584">
            <w:r>
              <w:rPr>
                <w:b/>
                <w:color w:val="FFFFFF"/>
                <w:sz w:val="19"/>
              </w:rPr>
              <w:t>Reviewer 2</w:t>
            </w:r>
          </w:p>
        </w:tc>
        <w:tc>
          <w:tcPr>
            <w:tcW w:w="51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D88A8B" w14:textId="77777777" w:rsidR="00275F14" w:rsidRDefault="00275F14"/>
        </w:tc>
      </w:tr>
      <w:tr w:rsidR="00275F14" w14:paraId="6DE79D16" w14:textId="77777777">
        <w:tc>
          <w:tcPr>
            <w:tcW w:w="5184" w:type="dxa"/>
            <w:shd w:val="clear" w:color="auto" w:fill="5B6C7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D30E27" w14:textId="77777777" w:rsidR="00275F14" w:rsidRDefault="00E84584">
            <w:r>
              <w:rPr>
                <w:b/>
                <w:color w:val="FFFFFF"/>
                <w:sz w:val="19"/>
              </w:rPr>
              <w:t>Conflict identified</w:t>
            </w:r>
          </w:p>
        </w:tc>
        <w:tc>
          <w:tcPr>
            <w:tcW w:w="51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D2DFFD" w14:textId="77777777" w:rsidR="00275F14" w:rsidRDefault="00E84584">
            <w:r>
              <w:rPr>
                <w:sz w:val="19"/>
              </w:rPr>
              <w:t>☐ No    ☐ Yes, action: __________________________</w:t>
            </w:r>
          </w:p>
        </w:tc>
      </w:tr>
    </w:tbl>
    <w:p w14:paraId="69824D53" w14:textId="77777777" w:rsidR="00275F14" w:rsidRDefault="00275F14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58"/>
      </w:tblGrid>
      <w:tr w:rsidR="00275F14" w14:paraId="3581AC5B" w14:textId="77777777">
        <w:trPr>
          <w:jc w:val="center"/>
        </w:trPr>
        <w:tc>
          <w:tcPr>
            <w:tcW w:w="10368" w:type="dxa"/>
            <w:shd w:val="clear" w:color="auto" w:fill="082C4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DD5E91" w14:textId="77777777" w:rsidR="00275F14" w:rsidRDefault="00E84584">
            <w:r>
              <w:rPr>
                <w:b/>
                <w:color w:val="FFFFFF"/>
              </w:rPr>
              <w:t>Decision</w:t>
            </w:r>
          </w:p>
        </w:tc>
      </w:tr>
      <w:tr w:rsidR="00275F14" w14:paraId="36E1C9DB" w14:textId="77777777">
        <w:trPr>
          <w:jc w:val="center"/>
        </w:trPr>
        <w:tc>
          <w:tcPr>
            <w:tcW w:w="10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BDE411" w14:textId="77777777" w:rsidR="00275F14" w:rsidRDefault="00275F14"/>
          <w:p w14:paraId="71E3452D" w14:textId="77777777" w:rsidR="00275F14" w:rsidRDefault="00E84584">
            <w:r>
              <w:t xml:space="preserve"> </w:t>
            </w:r>
          </w:p>
        </w:tc>
      </w:tr>
    </w:tbl>
    <w:p w14:paraId="0F09AFCD" w14:textId="77777777" w:rsidR="00275F14" w:rsidRDefault="00275F14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58"/>
      </w:tblGrid>
      <w:tr w:rsidR="00275F14" w14:paraId="73920BD5" w14:textId="77777777">
        <w:trPr>
          <w:jc w:val="center"/>
        </w:trPr>
        <w:tc>
          <w:tcPr>
            <w:tcW w:w="10368" w:type="dxa"/>
            <w:shd w:val="clear" w:color="auto" w:fill="082C4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AA0BC4" w14:textId="77777777" w:rsidR="00275F14" w:rsidRDefault="00E84584">
            <w:r>
              <w:rPr>
                <w:b/>
                <w:color w:val="FFFFFF"/>
              </w:rPr>
              <w:t>Presentation format</w:t>
            </w:r>
          </w:p>
        </w:tc>
      </w:tr>
      <w:tr w:rsidR="00275F14" w14:paraId="70BBC044" w14:textId="77777777">
        <w:trPr>
          <w:jc w:val="center"/>
        </w:trPr>
        <w:tc>
          <w:tcPr>
            <w:tcW w:w="10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DCDBF9" w14:textId="77777777" w:rsidR="00275F14" w:rsidRDefault="00275F14"/>
          <w:p w14:paraId="67EFAC8E" w14:textId="77777777" w:rsidR="00275F14" w:rsidRDefault="00E84584">
            <w:r>
              <w:t xml:space="preserve"> </w:t>
            </w:r>
          </w:p>
        </w:tc>
      </w:tr>
    </w:tbl>
    <w:p w14:paraId="6DCBD421" w14:textId="77777777" w:rsidR="00275F14" w:rsidRDefault="00275F14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58"/>
      </w:tblGrid>
      <w:tr w:rsidR="00275F14" w14:paraId="774C04F5" w14:textId="77777777">
        <w:trPr>
          <w:jc w:val="center"/>
        </w:trPr>
        <w:tc>
          <w:tcPr>
            <w:tcW w:w="10368" w:type="dxa"/>
            <w:shd w:val="clear" w:color="auto" w:fill="082C4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95F7B1" w14:textId="77777777" w:rsidR="00275F14" w:rsidRDefault="00E84584">
            <w:r>
              <w:rPr>
                <w:b/>
                <w:color w:val="FFFFFF"/>
              </w:rPr>
              <w:t>Reviewer comments</w:t>
            </w:r>
          </w:p>
        </w:tc>
      </w:tr>
      <w:tr w:rsidR="00275F14" w14:paraId="3C3B17EF" w14:textId="77777777">
        <w:trPr>
          <w:jc w:val="center"/>
        </w:trPr>
        <w:tc>
          <w:tcPr>
            <w:tcW w:w="10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672C08" w14:textId="77777777" w:rsidR="00275F14" w:rsidRDefault="00275F14"/>
          <w:p w14:paraId="231100A8" w14:textId="77777777" w:rsidR="00275F14" w:rsidRDefault="00E84584">
            <w:r>
              <w:t xml:space="preserve"> </w:t>
            </w:r>
          </w:p>
          <w:p w14:paraId="5E52E706" w14:textId="77777777" w:rsidR="00275F14" w:rsidRDefault="00E84584">
            <w:r>
              <w:t xml:space="preserve"> </w:t>
            </w:r>
          </w:p>
          <w:p w14:paraId="2D75C1A6" w14:textId="77777777" w:rsidR="00275F14" w:rsidRDefault="00E84584">
            <w:r>
              <w:t xml:space="preserve"> </w:t>
            </w:r>
          </w:p>
          <w:p w14:paraId="1992C96F" w14:textId="77777777" w:rsidR="00275F14" w:rsidRDefault="00E84584">
            <w:r>
              <w:t xml:space="preserve"> </w:t>
            </w:r>
          </w:p>
          <w:p w14:paraId="2F466FC8" w14:textId="77777777" w:rsidR="00275F14" w:rsidRDefault="00E84584">
            <w:r>
              <w:t xml:space="preserve"> </w:t>
            </w:r>
          </w:p>
        </w:tc>
      </w:tr>
    </w:tbl>
    <w:p w14:paraId="42120237" w14:textId="77777777" w:rsidR="00275F14" w:rsidRDefault="00275F14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58"/>
      </w:tblGrid>
      <w:tr w:rsidR="00275F14" w14:paraId="3F587A61" w14:textId="77777777">
        <w:trPr>
          <w:jc w:val="center"/>
        </w:trPr>
        <w:tc>
          <w:tcPr>
            <w:tcW w:w="10368" w:type="dxa"/>
            <w:shd w:val="clear" w:color="auto" w:fill="082C4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EBE261" w14:textId="77777777" w:rsidR="00275F14" w:rsidRDefault="00E84584">
            <w:r>
              <w:rPr>
                <w:b/>
                <w:color w:val="FFFFFF"/>
              </w:rPr>
              <w:t>Conditions or required revisions</w:t>
            </w:r>
          </w:p>
        </w:tc>
      </w:tr>
      <w:tr w:rsidR="00275F14" w14:paraId="0A974AD1" w14:textId="77777777">
        <w:trPr>
          <w:jc w:val="center"/>
        </w:trPr>
        <w:tc>
          <w:tcPr>
            <w:tcW w:w="10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5BBE98" w14:textId="77777777" w:rsidR="00275F14" w:rsidRDefault="00275F14"/>
          <w:p w14:paraId="1AABA184" w14:textId="77777777" w:rsidR="00275F14" w:rsidRDefault="00E84584">
            <w:r>
              <w:t xml:space="preserve"> </w:t>
            </w:r>
          </w:p>
          <w:p w14:paraId="456005B1" w14:textId="77777777" w:rsidR="00275F14" w:rsidRDefault="00E84584">
            <w:r>
              <w:t xml:space="preserve"> </w:t>
            </w:r>
          </w:p>
          <w:p w14:paraId="0FC72EBF" w14:textId="77777777" w:rsidR="00275F14" w:rsidRDefault="00E84584">
            <w:r>
              <w:t xml:space="preserve"> </w:t>
            </w:r>
          </w:p>
          <w:p w14:paraId="675907E3" w14:textId="77777777" w:rsidR="00275F14" w:rsidRDefault="00E84584">
            <w:r>
              <w:t xml:space="preserve"> </w:t>
            </w:r>
          </w:p>
          <w:p w14:paraId="5D9079A3" w14:textId="77777777" w:rsidR="00275F14" w:rsidRDefault="00E84584">
            <w:r>
              <w:t xml:space="preserve"> </w:t>
            </w:r>
          </w:p>
        </w:tc>
      </w:tr>
    </w:tbl>
    <w:p w14:paraId="691DFD47" w14:textId="77777777" w:rsidR="00275F14" w:rsidRDefault="00275F14">
      <w:pPr>
        <w:spacing w:after="0"/>
      </w:pPr>
    </w:p>
    <w:p w14:paraId="3E8A8654" w14:textId="77777777" w:rsidR="00275F14" w:rsidRDefault="00E84584">
      <w:pPr>
        <w:spacing w:after="40"/>
      </w:pPr>
      <w:r>
        <w:t>☐  Accept</w:t>
      </w:r>
    </w:p>
    <w:p w14:paraId="63500FD1" w14:textId="77777777" w:rsidR="00275F14" w:rsidRDefault="00E84584">
      <w:pPr>
        <w:spacing w:after="40"/>
      </w:pPr>
      <w:r>
        <w:t>☐  Accept subject to revision</w:t>
      </w:r>
    </w:p>
    <w:p w14:paraId="117BB3D3" w14:textId="77777777" w:rsidR="00275F14" w:rsidRDefault="00E84584">
      <w:pPr>
        <w:spacing w:after="40"/>
      </w:pPr>
      <w:r>
        <w:t>☐  Reserve</w:t>
      </w:r>
    </w:p>
    <w:p w14:paraId="51AE5289" w14:textId="77777777" w:rsidR="00275F14" w:rsidRDefault="00E84584">
      <w:pPr>
        <w:spacing w:after="40"/>
      </w:pPr>
      <w:r>
        <w:t>☐  Decline</w:t>
      </w:r>
    </w:p>
    <w:sectPr w:rsidR="00275F14" w:rsidSect="00034616">
      <w:headerReference w:type="default" r:id="rId7"/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5EDA3" w14:textId="77777777" w:rsidR="00A83E9F" w:rsidRDefault="00A83E9F">
      <w:pPr>
        <w:spacing w:after="0" w:line="240" w:lineRule="auto"/>
      </w:pPr>
      <w:r>
        <w:separator/>
      </w:r>
    </w:p>
  </w:endnote>
  <w:endnote w:type="continuationSeparator" w:id="0">
    <w:p w14:paraId="73C3336B" w14:textId="77777777" w:rsidR="00A83E9F" w:rsidRDefault="00A83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0204F" w14:textId="77777777" w:rsidR="00275F14" w:rsidRDefault="00E84584">
    <w:pPr>
      <w:pStyle w:val="Footer"/>
      <w:jc w:val="center"/>
    </w:pPr>
    <w:r>
      <w:rPr>
        <w:color w:val="5B6C7A"/>
        <w:sz w:val="16"/>
      </w:rPr>
      <w:t>4–5 December 2026  |  Janakpur, Nepal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51FA7" w14:textId="77777777" w:rsidR="00A83E9F" w:rsidRDefault="00A83E9F">
      <w:pPr>
        <w:spacing w:after="0" w:line="240" w:lineRule="auto"/>
      </w:pPr>
      <w:r>
        <w:separator/>
      </w:r>
    </w:p>
  </w:footnote>
  <w:footnote w:type="continuationSeparator" w:id="0">
    <w:p w14:paraId="225120D0" w14:textId="77777777" w:rsidR="00A83E9F" w:rsidRDefault="00A83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34291" w14:textId="77777777" w:rsidR="00275F14" w:rsidRDefault="00E84584">
    <w:pPr>
      <w:pStyle w:val="Header"/>
      <w:jc w:val="right"/>
    </w:pPr>
    <w:r>
      <w:rPr>
        <w:color w:val="5B6C7A"/>
        <w:sz w:val="16"/>
      </w:rPr>
      <w:t>GLOBAL HEALTH CONFERENCE 2026  |  ABSTRACT SUBMISSION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872665">
    <w:abstractNumId w:val="2"/>
  </w:num>
  <w:num w:numId="2" w16cid:durableId="144055101">
    <w:abstractNumId w:val="6"/>
  </w:num>
  <w:num w:numId="3" w16cid:durableId="1684817669">
    <w:abstractNumId w:val="1"/>
  </w:num>
  <w:num w:numId="4" w16cid:durableId="1818762476">
    <w:abstractNumId w:val="8"/>
  </w:num>
  <w:num w:numId="5" w16cid:durableId="2090076574">
    <w:abstractNumId w:val="3"/>
  </w:num>
  <w:num w:numId="6" w16cid:durableId="2116944769">
    <w:abstractNumId w:val="0"/>
  </w:num>
  <w:num w:numId="7" w16cid:durableId="225267074">
    <w:abstractNumId w:val="5"/>
  </w:num>
  <w:num w:numId="8" w16cid:durableId="371225076">
    <w:abstractNumId w:val="4"/>
  </w:num>
  <w:num w:numId="9" w16cid:durableId="5030599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6151"/>
    <w:rsid w:val="0015074B"/>
    <w:rsid w:val="00275F14"/>
    <w:rsid w:val="0029639D"/>
    <w:rsid w:val="00326F90"/>
    <w:rsid w:val="00383B06"/>
    <w:rsid w:val="003E34ED"/>
    <w:rsid w:val="003E49B9"/>
    <w:rsid w:val="00583BB2"/>
    <w:rsid w:val="006D40A9"/>
    <w:rsid w:val="008143CD"/>
    <w:rsid w:val="00A83E9F"/>
    <w:rsid w:val="00AA1D8D"/>
    <w:rsid w:val="00B47730"/>
    <w:rsid w:val="00B80D29"/>
    <w:rsid w:val="00C56CDF"/>
    <w:rsid w:val="00CB0664"/>
    <w:rsid w:val="00D95089"/>
    <w:rsid w:val="00E452B5"/>
    <w:rsid w:val="00E845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2EA0153"/>
  <w14:defaultImageDpi w14:val="300"/>
  <w15:docId w15:val="{0D30B77E-CD63-4411-B121-ACFF3A3C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82C4C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F766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82C4C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Health Conference 2026 Abstract Submission Form</dc:title>
  <dc:subject>Abstract submission form based on the BNAC Nepal Study Days format</dc:subject>
  <dc:creator>Padam Simkhada</dc:creator>
  <cp:keywords/>
  <dc:description>generated by python-docx</dc:description>
  <cp:lastModifiedBy>Padam Simkhada</cp:lastModifiedBy>
  <cp:revision>7</cp:revision>
  <dcterms:created xsi:type="dcterms:W3CDTF">2026-09-18T13:34:00Z</dcterms:created>
  <dcterms:modified xsi:type="dcterms:W3CDTF">2026-09-18T19:10:00Z</dcterms:modified>
  <cp:category/>
</cp:coreProperties>
</file>